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6ED52" w14:textId="31E8FD47" w:rsidR="4A63FF20" w:rsidRDefault="4A63FF20" w:rsidP="4A63FF20">
      <w:pPr>
        <w:rPr>
          <w:b/>
          <w:bCs/>
        </w:rPr>
      </w:pPr>
      <w:r>
        <w:rPr>
          <w:noProof/>
        </w:rPr>
        <w:drawing>
          <wp:anchor distT="0" distB="0" distL="114300" distR="114300" simplePos="0" relativeHeight="251658240" behindDoc="0" locked="0" layoutInCell="1" allowOverlap="1" wp14:anchorId="677F2483" wp14:editId="6016982C">
            <wp:simplePos x="0" y="0"/>
            <wp:positionH relativeFrom="column">
              <wp:posOffset>5467350</wp:posOffset>
            </wp:positionH>
            <wp:positionV relativeFrom="paragraph">
              <wp:posOffset>-76200</wp:posOffset>
            </wp:positionV>
            <wp:extent cx="1215177" cy="1238250"/>
            <wp:effectExtent l="0" t="0" r="0" b="0"/>
            <wp:wrapNone/>
            <wp:docPr id="11840128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012890" name="Picture 1184012890"/>
                    <pic:cNvPicPr/>
                  </pic:nvPicPr>
                  <pic:blipFill>
                    <a:blip r:embed="rId6">
                      <a:extLst>
                        <a:ext uri="{28A0092B-C50C-407E-A947-70E740481C1C}">
                          <a14:useLocalDpi xmlns:a14="http://schemas.microsoft.com/office/drawing/2010/main"/>
                        </a:ext>
                      </a:extLst>
                    </a:blip>
                    <a:stretch>
                      <a:fillRect/>
                    </a:stretch>
                  </pic:blipFill>
                  <pic:spPr>
                    <a:xfrm>
                      <a:off x="0" y="0"/>
                      <a:ext cx="1215177" cy="1238250"/>
                    </a:xfrm>
                    <a:prstGeom prst="rect">
                      <a:avLst/>
                    </a:prstGeom>
                  </pic:spPr>
                </pic:pic>
              </a:graphicData>
            </a:graphic>
            <wp14:sizeRelH relativeFrom="page">
              <wp14:pctWidth>0</wp14:pctWidth>
            </wp14:sizeRelH>
            <wp14:sizeRelV relativeFrom="page">
              <wp14:pctHeight>0</wp14:pctHeight>
            </wp14:sizeRelV>
          </wp:anchor>
        </w:drawing>
      </w:r>
    </w:p>
    <w:p w14:paraId="4463EC8E" w14:textId="008F3DD6" w:rsidR="4A63FF20" w:rsidRDefault="4A63FF20" w:rsidP="4A63FF20"/>
    <w:p w14:paraId="713D78AF" w14:textId="7A982979" w:rsidR="00A87724" w:rsidRPr="002E2505" w:rsidRDefault="008C63F5">
      <w:pPr>
        <w:rPr>
          <w:b/>
          <w:bCs/>
          <w:sz w:val="20"/>
          <w:szCs w:val="20"/>
        </w:rPr>
      </w:pPr>
      <w:r w:rsidRPr="002E2505">
        <w:rPr>
          <w:b/>
          <w:bCs/>
          <w:sz w:val="20"/>
          <w:szCs w:val="20"/>
        </w:rPr>
        <w:t>Parish Council Report 2025–26</w:t>
      </w:r>
      <w:r w:rsidR="002E2505" w:rsidRPr="002E2505">
        <w:rPr>
          <w:sz w:val="20"/>
          <w:szCs w:val="20"/>
        </w:rPr>
        <w:t xml:space="preserve"> </w:t>
      </w:r>
    </w:p>
    <w:p w14:paraId="169F4F02" w14:textId="77777777" w:rsidR="00632BCD" w:rsidRPr="002E2505" w:rsidRDefault="008C63F5" w:rsidP="00632BCD">
      <w:pPr>
        <w:spacing w:after="0" w:line="240" w:lineRule="auto"/>
        <w:rPr>
          <w:sz w:val="20"/>
          <w:szCs w:val="20"/>
        </w:rPr>
      </w:pPr>
      <w:r w:rsidRPr="002E2505">
        <w:rPr>
          <w:sz w:val="20"/>
          <w:szCs w:val="20"/>
        </w:rPr>
        <w:t>Se</w:t>
      </w:r>
      <w:r w:rsidR="00632BCD" w:rsidRPr="002E2505">
        <w:rPr>
          <w:sz w:val="20"/>
          <w:szCs w:val="20"/>
        </w:rPr>
        <w:t>l</w:t>
      </w:r>
      <w:r w:rsidRPr="002E2505">
        <w:rPr>
          <w:sz w:val="20"/>
          <w:szCs w:val="20"/>
        </w:rPr>
        <w:t>sted CE Primary School</w:t>
      </w:r>
    </w:p>
    <w:p w14:paraId="691E1F9D" w14:textId="18F0A5E2" w:rsidR="00A87724" w:rsidRPr="002E2505" w:rsidRDefault="00632BCD" w:rsidP="00632BCD">
      <w:pPr>
        <w:spacing w:after="0" w:line="240" w:lineRule="auto"/>
        <w:rPr>
          <w:sz w:val="20"/>
          <w:szCs w:val="20"/>
        </w:rPr>
      </w:pPr>
      <w:r w:rsidRPr="002E2505">
        <w:rPr>
          <w:sz w:val="20"/>
          <w:szCs w:val="20"/>
        </w:rPr>
        <w:t xml:space="preserve">Current number on roll – approx. </w:t>
      </w:r>
      <w:r w:rsidR="218D82D1">
        <w:t>96</w:t>
      </w:r>
    </w:p>
    <w:p w14:paraId="2FA214CF" w14:textId="77777777" w:rsidR="00CA497B" w:rsidRPr="002E2505" w:rsidRDefault="00CA497B" w:rsidP="00CA497B">
      <w:pPr>
        <w:spacing w:after="0" w:line="240" w:lineRule="auto"/>
        <w:rPr>
          <w:sz w:val="20"/>
          <w:szCs w:val="20"/>
        </w:rPr>
      </w:pPr>
    </w:p>
    <w:p w14:paraId="78052535" w14:textId="77777777" w:rsidR="00CA497B" w:rsidRPr="002E2505" w:rsidRDefault="00CA497B" w:rsidP="00CA497B">
      <w:pPr>
        <w:spacing w:after="0" w:line="240" w:lineRule="auto"/>
        <w:rPr>
          <w:b/>
          <w:bCs/>
          <w:sz w:val="20"/>
          <w:szCs w:val="20"/>
        </w:rPr>
      </w:pPr>
      <w:r w:rsidRPr="002E2505">
        <w:rPr>
          <w:b/>
          <w:bCs/>
          <w:sz w:val="20"/>
          <w:szCs w:val="20"/>
        </w:rPr>
        <w:t>Our School Vision</w:t>
      </w:r>
    </w:p>
    <w:p w14:paraId="7871648D" w14:textId="77777777" w:rsidR="00CA497B" w:rsidRPr="002E2505" w:rsidRDefault="00CA497B" w:rsidP="00CA497B">
      <w:pPr>
        <w:spacing w:after="0" w:line="240" w:lineRule="auto"/>
        <w:rPr>
          <w:sz w:val="20"/>
          <w:szCs w:val="20"/>
        </w:rPr>
      </w:pPr>
    </w:p>
    <w:p w14:paraId="05A1C04B" w14:textId="312B70A1" w:rsidR="00CA497B" w:rsidRPr="002E2505" w:rsidRDefault="00CA497B" w:rsidP="002E2505">
      <w:pPr>
        <w:spacing w:after="0" w:line="240" w:lineRule="auto"/>
        <w:rPr>
          <w:sz w:val="20"/>
          <w:szCs w:val="20"/>
        </w:rPr>
      </w:pPr>
      <w:r w:rsidRPr="002E2505">
        <w:rPr>
          <w:sz w:val="20"/>
          <w:szCs w:val="20"/>
        </w:rPr>
        <w:t>Here at Selsted, in our unique rural setting, we provide a happy, safe, stimulating environment where children develop their love of learning. Through mutual respect and trust children are given a voice and responsibility. We are brave, resilient and committed to making the impossible possible through God’s loving care.</w:t>
      </w:r>
    </w:p>
    <w:p w14:paraId="6824EE15" w14:textId="77777777" w:rsidR="002E2505" w:rsidRPr="002E2505" w:rsidRDefault="002E2505" w:rsidP="002E2505">
      <w:pPr>
        <w:spacing w:line="240" w:lineRule="auto"/>
        <w:rPr>
          <w:b/>
          <w:bCs/>
          <w:sz w:val="20"/>
          <w:szCs w:val="20"/>
        </w:rPr>
      </w:pPr>
    </w:p>
    <w:p w14:paraId="4639C282" w14:textId="788A2E73" w:rsidR="00A87724" w:rsidRPr="002E2505" w:rsidRDefault="008C63F5" w:rsidP="002E2505">
      <w:pPr>
        <w:spacing w:line="240" w:lineRule="auto"/>
        <w:rPr>
          <w:b/>
          <w:bCs/>
          <w:sz w:val="20"/>
          <w:szCs w:val="20"/>
        </w:rPr>
      </w:pPr>
      <w:r w:rsidRPr="002E2505">
        <w:rPr>
          <w:b/>
          <w:bCs/>
          <w:sz w:val="20"/>
          <w:szCs w:val="20"/>
        </w:rPr>
        <w:t>Overview</w:t>
      </w:r>
    </w:p>
    <w:p w14:paraId="300155BB" w14:textId="2C95B617" w:rsidR="00A87724" w:rsidRPr="002E2505" w:rsidRDefault="008C63F5">
      <w:pPr>
        <w:rPr>
          <w:sz w:val="20"/>
          <w:szCs w:val="20"/>
        </w:rPr>
      </w:pPr>
      <w:r w:rsidRPr="002E2505">
        <w:rPr>
          <w:sz w:val="20"/>
          <w:szCs w:val="20"/>
        </w:rPr>
        <w:t>On behalf of the Governing Body, I would like to express our heartfelt thanks to Mrs Angela Woodgate for her exceptional dedication and service to Selsted CE Primary School over the past ten years. Angela has led the school with unwavering commitment, compassion, and integrity, and her contribution to the Selsted community has been truly invaluable.</w:t>
      </w:r>
    </w:p>
    <w:p w14:paraId="2140A53C" w14:textId="2AAC7537" w:rsidR="00A87724" w:rsidRPr="002E2505" w:rsidRDefault="008C63F5">
      <w:pPr>
        <w:rPr>
          <w:sz w:val="20"/>
          <w:szCs w:val="20"/>
        </w:rPr>
      </w:pPr>
      <w:r w:rsidRPr="002E2505">
        <w:rPr>
          <w:sz w:val="20"/>
          <w:szCs w:val="20"/>
        </w:rPr>
        <w:t>Through her leadership, Angela has brought our vision to life—rooted in the words of Jeremiah 17:7–8:</w:t>
      </w:r>
    </w:p>
    <w:p w14:paraId="480FAEC9" w14:textId="77777777" w:rsidR="00A87724" w:rsidRPr="002E2505" w:rsidRDefault="008C63F5" w:rsidP="00632BCD">
      <w:pPr>
        <w:spacing w:after="0"/>
        <w:rPr>
          <w:sz w:val="20"/>
          <w:szCs w:val="20"/>
        </w:rPr>
      </w:pPr>
      <w:r w:rsidRPr="002E2505">
        <w:rPr>
          <w:sz w:val="20"/>
          <w:szCs w:val="20"/>
        </w:rPr>
        <w:t>“But blessed is the one who trusts in the Lord,</w:t>
      </w:r>
    </w:p>
    <w:p w14:paraId="1CB13382" w14:textId="77777777" w:rsidR="00A87724" w:rsidRPr="002E2505" w:rsidRDefault="008C63F5" w:rsidP="00632BCD">
      <w:pPr>
        <w:spacing w:after="0"/>
        <w:rPr>
          <w:sz w:val="20"/>
          <w:szCs w:val="20"/>
        </w:rPr>
      </w:pPr>
      <w:r w:rsidRPr="002E2505">
        <w:rPr>
          <w:sz w:val="20"/>
          <w:szCs w:val="20"/>
        </w:rPr>
        <w:t>whose confidence is in him.</w:t>
      </w:r>
    </w:p>
    <w:p w14:paraId="5511B793" w14:textId="77777777" w:rsidR="00A87724" w:rsidRPr="002E2505" w:rsidRDefault="008C63F5" w:rsidP="00632BCD">
      <w:pPr>
        <w:spacing w:after="0"/>
        <w:rPr>
          <w:sz w:val="20"/>
          <w:szCs w:val="20"/>
        </w:rPr>
      </w:pPr>
      <w:r w:rsidRPr="002E2505">
        <w:rPr>
          <w:sz w:val="20"/>
          <w:szCs w:val="20"/>
        </w:rPr>
        <w:t>They will be like a tree planted by the water</w:t>
      </w:r>
    </w:p>
    <w:p w14:paraId="23BC68D5" w14:textId="77777777" w:rsidR="00A87724" w:rsidRPr="002E2505" w:rsidRDefault="008C63F5" w:rsidP="00632BCD">
      <w:pPr>
        <w:spacing w:after="0"/>
        <w:rPr>
          <w:sz w:val="20"/>
          <w:szCs w:val="20"/>
        </w:rPr>
      </w:pPr>
      <w:r w:rsidRPr="002E2505">
        <w:rPr>
          <w:sz w:val="20"/>
          <w:szCs w:val="20"/>
        </w:rPr>
        <w:t>that sends out its roots by the stream.</w:t>
      </w:r>
    </w:p>
    <w:p w14:paraId="0E0E7279" w14:textId="77777777" w:rsidR="00A87724" w:rsidRPr="002E2505" w:rsidRDefault="008C63F5" w:rsidP="00632BCD">
      <w:pPr>
        <w:spacing w:after="0"/>
        <w:rPr>
          <w:sz w:val="20"/>
          <w:szCs w:val="20"/>
        </w:rPr>
      </w:pPr>
      <w:r w:rsidRPr="002E2505">
        <w:rPr>
          <w:sz w:val="20"/>
          <w:szCs w:val="20"/>
        </w:rPr>
        <w:t>It does not fear when heat comes;</w:t>
      </w:r>
    </w:p>
    <w:p w14:paraId="5B4A3D2F" w14:textId="77777777" w:rsidR="00A87724" w:rsidRPr="002E2505" w:rsidRDefault="008C63F5" w:rsidP="00632BCD">
      <w:pPr>
        <w:spacing w:after="0"/>
        <w:rPr>
          <w:sz w:val="20"/>
          <w:szCs w:val="20"/>
        </w:rPr>
      </w:pPr>
      <w:proofErr w:type="gramStart"/>
      <w:r w:rsidRPr="002E2505">
        <w:rPr>
          <w:sz w:val="20"/>
          <w:szCs w:val="20"/>
        </w:rPr>
        <w:t>its</w:t>
      </w:r>
      <w:proofErr w:type="gramEnd"/>
      <w:r w:rsidRPr="002E2505">
        <w:rPr>
          <w:sz w:val="20"/>
          <w:szCs w:val="20"/>
        </w:rPr>
        <w:t xml:space="preserve"> leaves are always green.</w:t>
      </w:r>
    </w:p>
    <w:p w14:paraId="4A1A1AE0" w14:textId="77777777" w:rsidR="00A87724" w:rsidRPr="002E2505" w:rsidRDefault="008C63F5" w:rsidP="00632BCD">
      <w:pPr>
        <w:spacing w:after="0"/>
        <w:rPr>
          <w:sz w:val="20"/>
          <w:szCs w:val="20"/>
        </w:rPr>
      </w:pPr>
      <w:r w:rsidRPr="002E2505">
        <w:rPr>
          <w:sz w:val="20"/>
          <w:szCs w:val="20"/>
        </w:rPr>
        <w:t>It has no worries in a year of drought</w:t>
      </w:r>
    </w:p>
    <w:p w14:paraId="6685E54E" w14:textId="77777777" w:rsidR="00A87724" w:rsidRPr="002E2505" w:rsidRDefault="008C63F5" w:rsidP="00632BCD">
      <w:pPr>
        <w:spacing w:after="0"/>
        <w:rPr>
          <w:sz w:val="20"/>
          <w:szCs w:val="20"/>
        </w:rPr>
      </w:pPr>
      <w:r w:rsidRPr="002E2505">
        <w:rPr>
          <w:sz w:val="20"/>
          <w:szCs w:val="20"/>
        </w:rPr>
        <w:t>and never fails to bear fruit.”</w:t>
      </w:r>
    </w:p>
    <w:p w14:paraId="4DFE8440" w14:textId="77777777" w:rsidR="00A87724" w:rsidRPr="002E2505" w:rsidRDefault="008C63F5">
      <w:pPr>
        <w:rPr>
          <w:sz w:val="20"/>
          <w:szCs w:val="20"/>
        </w:rPr>
      </w:pPr>
      <w:r w:rsidRPr="002E2505">
        <w:rPr>
          <w:sz w:val="20"/>
          <w:szCs w:val="20"/>
        </w:rPr>
        <w:t>Through mutual respect and trust, children are given a voice and responsibility. We are brave, resilient, and committed to making the impossible possible through deep-rooted confidence, a nurturing community, and a shared determination to help every child flourish.</w:t>
      </w:r>
    </w:p>
    <w:p w14:paraId="73445ED1" w14:textId="35BD87D6" w:rsidR="00A87724" w:rsidRPr="002E2505" w:rsidRDefault="008C63F5">
      <w:pPr>
        <w:rPr>
          <w:sz w:val="20"/>
          <w:szCs w:val="20"/>
        </w:rPr>
      </w:pPr>
      <w:r w:rsidRPr="002E2505">
        <w:rPr>
          <w:sz w:val="20"/>
          <w:szCs w:val="20"/>
        </w:rPr>
        <w:t>Angela has embodied this vision by cultivating a caring, resilient and flourishing school community—one in which children grow with confidence, curiosity and strength.</w:t>
      </w:r>
    </w:p>
    <w:p w14:paraId="274C3FB1" w14:textId="5762B657" w:rsidR="00A87724" w:rsidRPr="002E2505" w:rsidRDefault="008C63F5">
      <w:pPr>
        <w:rPr>
          <w:sz w:val="20"/>
          <w:szCs w:val="20"/>
        </w:rPr>
      </w:pPr>
      <w:r w:rsidRPr="002E2505">
        <w:rPr>
          <w:sz w:val="20"/>
          <w:szCs w:val="20"/>
        </w:rPr>
        <w:t>This year has also brought a significant leadership transition. Mrs</w:t>
      </w:r>
      <w:r w:rsidR="1C30A26A">
        <w:t>.</w:t>
      </w:r>
      <w:r w:rsidRPr="002E2505">
        <w:rPr>
          <w:sz w:val="20"/>
          <w:szCs w:val="20"/>
        </w:rPr>
        <w:t xml:space="preserve"> Angela Woodgate resigned from her role as Headteacher in March 2026 and is moving on to take up a new position as Deputy </w:t>
      </w:r>
      <w:r w:rsidRPr="004467E4">
        <w:rPr>
          <w:sz w:val="20"/>
          <w:szCs w:val="20"/>
        </w:rPr>
        <w:t xml:space="preserve">Head at </w:t>
      </w:r>
      <w:proofErr w:type="spellStart"/>
      <w:r w:rsidRPr="004467E4">
        <w:rPr>
          <w:sz w:val="20"/>
          <w:szCs w:val="20"/>
        </w:rPr>
        <w:t>O</w:t>
      </w:r>
      <w:r w:rsidR="00651488" w:rsidRPr="004467E4">
        <w:rPr>
          <w:sz w:val="20"/>
          <w:szCs w:val="20"/>
        </w:rPr>
        <w:t>springe</w:t>
      </w:r>
      <w:proofErr w:type="spellEnd"/>
      <w:r w:rsidRPr="004467E4">
        <w:rPr>
          <w:sz w:val="20"/>
          <w:szCs w:val="20"/>
        </w:rPr>
        <w:t xml:space="preserve"> </w:t>
      </w:r>
      <w:r w:rsidRPr="004467E4">
        <w:rPr>
          <w:sz w:val="20"/>
          <w:szCs w:val="20"/>
        </w:rPr>
        <w:t>CE</w:t>
      </w:r>
      <w:r w:rsidRPr="004467E4">
        <w:rPr>
          <w:sz w:val="20"/>
          <w:szCs w:val="20"/>
        </w:rPr>
        <w:t xml:space="preserve"> </w:t>
      </w:r>
      <w:r w:rsidRPr="002E2505">
        <w:rPr>
          <w:sz w:val="20"/>
          <w:szCs w:val="20"/>
        </w:rPr>
        <w:t xml:space="preserve">Primary School. We wish her every success and thank her for the </w:t>
      </w:r>
      <w:proofErr w:type="gramStart"/>
      <w:r w:rsidRPr="002E2505">
        <w:rPr>
          <w:sz w:val="20"/>
          <w:szCs w:val="20"/>
        </w:rPr>
        <w:t>lasting legacy</w:t>
      </w:r>
      <w:proofErr w:type="gramEnd"/>
      <w:r w:rsidRPr="002E2505">
        <w:rPr>
          <w:sz w:val="20"/>
          <w:szCs w:val="20"/>
        </w:rPr>
        <w:t xml:space="preserve"> she leaves at Selsted.</w:t>
      </w:r>
    </w:p>
    <w:p w14:paraId="33341E0D" w14:textId="77777777" w:rsidR="00A87724" w:rsidRPr="002E2505" w:rsidRDefault="008C63F5">
      <w:pPr>
        <w:rPr>
          <w:sz w:val="20"/>
          <w:szCs w:val="20"/>
        </w:rPr>
      </w:pPr>
      <w:r w:rsidRPr="002E2505">
        <w:rPr>
          <w:sz w:val="20"/>
          <w:szCs w:val="20"/>
        </w:rPr>
        <w:t>Selsted CE Primary School continues to thrive as a small, nurturing rural school built firmly on Christian values and a love of learning. This year, we have sustained our strong focus on delivering a bespoke, well-connected curriculum, ensuring that learning is progressive, engaging and meaningful across all year groups.</w:t>
      </w:r>
    </w:p>
    <w:p w14:paraId="50C39715" w14:textId="3A40B452" w:rsidR="00A87724" w:rsidRPr="002E2505" w:rsidRDefault="008C63F5">
      <w:pPr>
        <w:rPr>
          <w:sz w:val="20"/>
          <w:szCs w:val="20"/>
        </w:rPr>
      </w:pPr>
      <w:r w:rsidRPr="002E2505">
        <w:rPr>
          <w:sz w:val="20"/>
          <w:szCs w:val="20"/>
        </w:rPr>
        <w:t>Our curriculum continues to evolve through regular review and collaboration between staff, ensuring that knowledge is revisited, embedded</w:t>
      </w:r>
      <w:r w:rsidR="173C78DE">
        <w:t>,</w:t>
      </w:r>
      <w:r w:rsidRPr="002E2505">
        <w:rPr>
          <w:sz w:val="20"/>
          <w:szCs w:val="20"/>
        </w:rPr>
        <w:t xml:space="preserve"> and built upon effectively. This ongoing development supports pupils in becoming confident learners with strong recall and curiosity.</w:t>
      </w:r>
    </w:p>
    <w:p w14:paraId="7A87EB2C" w14:textId="7C79FCC4" w:rsidR="00A87724" w:rsidRPr="002E2505" w:rsidRDefault="008C63F5">
      <w:pPr>
        <w:rPr>
          <w:sz w:val="20"/>
          <w:szCs w:val="20"/>
        </w:rPr>
      </w:pPr>
      <w:r w:rsidRPr="002E2505">
        <w:rPr>
          <w:sz w:val="20"/>
          <w:szCs w:val="20"/>
        </w:rPr>
        <w:t>Financially, the school remains well managed despite continued national challenges in funding and rising costs. Under Mrs</w:t>
      </w:r>
      <w:r w:rsidR="2DF5FC65">
        <w:t>.</w:t>
      </w:r>
      <w:r w:rsidRPr="002E2505">
        <w:rPr>
          <w:sz w:val="20"/>
          <w:szCs w:val="20"/>
        </w:rPr>
        <w:t xml:space="preserve"> Woodgate’s leadership, alongside the dedication of Mrs</w:t>
      </w:r>
      <w:r w:rsidR="3AE4CF65">
        <w:t>.</w:t>
      </w:r>
      <w:r w:rsidRPr="002E2505">
        <w:rPr>
          <w:sz w:val="20"/>
          <w:szCs w:val="20"/>
        </w:rPr>
        <w:t xml:space="preserve"> </w:t>
      </w:r>
      <w:r w:rsidRPr="004467E4">
        <w:rPr>
          <w:sz w:val="20"/>
          <w:szCs w:val="20"/>
        </w:rPr>
        <w:t xml:space="preserve">Maria Clarke-Green, the school has maintained strong financial discipline, </w:t>
      </w:r>
      <w:r w:rsidR="72144771" w:rsidRPr="004467E4">
        <w:t>ensured</w:t>
      </w:r>
      <w:r w:rsidRPr="004467E4">
        <w:rPr>
          <w:sz w:val="20"/>
          <w:szCs w:val="20"/>
        </w:rPr>
        <w:t xml:space="preserve"> stability while </w:t>
      </w:r>
      <w:proofErr w:type="gramStart"/>
      <w:r w:rsidRPr="004467E4">
        <w:rPr>
          <w:sz w:val="20"/>
          <w:szCs w:val="20"/>
        </w:rPr>
        <w:t>continuing</w:t>
      </w:r>
      <w:proofErr w:type="gramEnd"/>
      <w:r w:rsidRPr="004467E4">
        <w:rPr>
          <w:sz w:val="20"/>
          <w:szCs w:val="20"/>
        </w:rPr>
        <w:t xml:space="preserve"> to </w:t>
      </w:r>
      <w:proofErr w:type="spellStart"/>
      <w:r w:rsidR="00651488" w:rsidRPr="004467E4">
        <w:t>prioritise</w:t>
      </w:r>
      <w:proofErr w:type="spellEnd"/>
      <w:r w:rsidRPr="004467E4">
        <w:rPr>
          <w:sz w:val="20"/>
          <w:szCs w:val="20"/>
        </w:rPr>
        <w:t xml:space="preserve"> the needs </w:t>
      </w:r>
      <w:r w:rsidRPr="002E2505">
        <w:rPr>
          <w:sz w:val="20"/>
          <w:szCs w:val="20"/>
        </w:rPr>
        <w:t>of all pupils.</w:t>
      </w:r>
    </w:p>
    <w:p w14:paraId="73602A72" w14:textId="77777777" w:rsidR="00A017A1" w:rsidRPr="002E2505" w:rsidRDefault="00A017A1">
      <w:pPr>
        <w:rPr>
          <w:b/>
          <w:bCs/>
          <w:sz w:val="20"/>
          <w:szCs w:val="20"/>
        </w:rPr>
      </w:pPr>
    </w:p>
    <w:p w14:paraId="3DA7EAC9" w14:textId="34992D00" w:rsidR="00A87724" w:rsidRPr="002E2505" w:rsidRDefault="008C63F5">
      <w:pPr>
        <w:rPr>
          <w:b/>
          <w:bCs/>
          <w:sz w:val="20"/>
          <w:szCs w:val="20"/>
        </w:rPr>
      </w:pPr>
      <w:r w:rsidRPr="002E2505">
        <w:rPr>
          <w:b/>
          <w:bCs/>
          <w:sz w:val="20"/>
          <w:szCs w:val="20"/>
        </w:rPr>
        <w:lastRenderedPageBreak/>
        <w:t>Recent Highlights &amp; Achievements</w:t>
      </w:r>
    </w:p>
    <w:p w14:paraId="5185F7D8" w14:textId="715A8149" w:rsidR="00A87724" w:rsidRPr="002E2505" w:rsidRDefault="008C63F5">
      <w:pPr>
        <w:rPr>
          <w:sz w:val="20"/>
          <w:szCs w:val="20"/>
        </w:rPr>
      </w:pPr>
      <w:r w:rsidRPr="002E2505">
        <w:rPr>
          <w:sz w:val="20"/>
          <w:szCs w:val="20"/>
        </w:rPr>
        <w:t>This year has brought some exciting successes and opportunities for our pupils</w:t>
      </w:r>
      <w:r w:rsidR="3B3810E4">
        <w:t xml:space="preserve">; here are just a few examples to share with you. </w:t>
      </w:r>
    </w:p>
    <w:p w14:paraId="62A7F7A5" w14:textId="655AC111" w:rsidR="00A87724" w:rsidRPr="002E2505" w:rsidRDefault="008C63F5" w:rsidP="00632BCD">
      <w:pPr>
        <w:pStyle w:val="ListParagraph"/>
        <w:numPr>
          <w:ilvl w:val="0"/>
          <w:numId w:val="10"/>
        </w:numPr>
        <w:rPr>
          <w:sz w:val="20"/>
          <w:szCs w:val="20"/>
        </w:rPr>
      </w:pPr>
      <w:r w:rsidRPr="002E2505">
        <w:rPr>
          <w:sz w:val="20"/>
          <w:szCs w:val="20"/>
        </w:rPr>
        <w:t>Wilder Kent Awards – Bronze for environmental awareness</w:t>
      </w:r>
    </w:p>
    <w:p w14:paraId="60D46FE6" w14:textId="3DDF47F7" w:rsidR="00A87724" w:rsidRPr="002E2505" w:rsidRDefault="00CA497B" w:rsidP="00CA497B">
      <w:pPr>
        <w:rPr>
          <w:sz w:val="20"/>
          <w:szCs w:val="20"/>
        </w:rPr>
      </w:pPr>
      <w:r w:rsidRPr="002E2505">
        <w:rPr>
          <w:sz w:val="20"/>
          <w:szCs w:val="20"/>
        </w:rPr>
        <w:t xml:space="preserve">Kent Wildlife Trust set up the Wilder Kent Awards back in 2020 as a way of </w:t>
      </w:r>
      <w:r w:rsidR="508A3AC7">
        <w:t>recognizing</w:t>
      </w:r>
      <w:r w:rsidRPr="002E2505">
        <w:rPr>
          <w:sz w:val="20"/>
          <w:szCs w:val="20"/>
        </w:rPr>
        <w:t xml:space="preserve"> and rewarding the positive actions that groups across Kent are taking to protect wildlife and safeguard nature for future generations. The </w:t>
      </w:r>
      <w:r w:rsidR="00CF0C21" w:rsidRPr="002E2505">
        <w:rPr>
          <w:sz w:val="20"/>
          <w:szCs w:val="20"/>
        </w:rPr>
        <w:t>scheme recognizes</w:t>
      </w:r>
      <w:r w:rsidRPr="002E2505">
        <w:rPr>
          <w:sz w:val="20"/>
          <w:szCs w:val="20"/>
        </w:rPr>
        <w:t xml:space="preserve"> and rewards the work schools and community groups are doing in helping </w:t>
      </w:r>
      <w:r w:rsidR="005D2574" w:rsidRPr="002E2505">
        <w:rPr>
          <w:sz w:val="20"/>
          <w:szCs w:val="20"/>
        </w:rPr>
        <w:t>with</w:t>
      </w:r>
      <w:r w:rsidRPr="002E2505">
        <w:rPr>
          <w:sz w:val="20"/>
          <w:szCs w:val="20"/>
        </w:rPr>
        <w:t xml:space="preserve"> positive actions </w:t>
      </w:r>
      <w:r w:rsidR="005D2574" w:rsidRPr="002E2505">
        <w:rPr>
          <w:sz w:val="20"/>
          <w:szCs w:val="20"/>
        </w:rPr>
        <w:t>that</w:t>
      </w:r>
      <w:r w:rsidRPr="002E2505">
        <w:rPr>
          <w:sz w:val="20"/>
          <w:szCs w:val="20"/>
        </w:rPr>
        <w:t xml:space="preserve"> restore nature</w:t>
      </w:r>
      <w:r w:rsidR="5C4E20AE">
        <w:t>;</w:t>
      </w:r>
      <w:r w:rsidR="5EF86C4E">
        <w:t xml:space="preserve"> t</w:t>
      </w:r>
      <w:r w:rsidR="679A6827">
        <w:t>he</w:t>
      </w:r>
      <w:r w:rsidR="00A017A1" w:rsidRPr="002E2505">
        <w:rPr>
          <w:sz w:val="20"/>
          <w:szCs w:val="20"/>
        </w:rPr>
        <w:t xml:space="preserve"> </w:t>
      </w:r>
      <w:r w:rsidRPr="002E2505">
        <w:rPr>
          <w:sz w:val="20"/>
          <w:szCs w:val="20"/>
        </w:rPr>
        <w:t>action</w:t>
      </w:r>
      <w:r w:rsidR="00CF0C21" w:rsidRPr="002E2505">
        <w:rPr>
          <w:sz w:val="20"/>
          <w:szCs w:val="20"/>
        </w:rPr>
        <w:t xml:space="preserve"> Selsted takes benefits</w:t>
      </w:r>
      <w:r w:rsidRPr="002E2505">
        <w:rPr>
          <w:sz w:val="20"/>
          <w:szCs w:val="20"/>
        </w:rPr>
        <w:t xml:space="preserve"> us </w:t>
      </w:r>
      <w:r w:rsidR="00CF0C21" w:rsidRPr="002E2505">
        <w:rPr>
          <w:sz w:val="20"/>
          <w:szCs w:val="20"/>
        </w:rPr>
        <w:t xml:space="preserve">locally, helping </w:t>
      </w:r>
      <w:r w:rsidRPr="002E2505">
        <w:rPr>
          <w:sz w:val="20"/>
          <w:szCs w:val="20"/>
        </w:rPr>
        <w:t>tackle the global environmental threats we all face</w:t>
      </w:r>
      <w:r w:rsidR="16EE0914">
        <w:t xml:space="preserve">. Well done to </w:t>
      </w:r>
      <w:r w:rsidR="553F0AEF">
        <w:t>Mrs.</w:t>
      </w:r>
      <w:r w:rsidR="16EE0914">
        <w:t xml:space="preserve"> Hawkes and all the children, without their hard work and dedication this would not have been possible. </w:t>
      </w:r>
    </w:p>
    <w:p w14:paraId="50D5A72A" w14:textId="5F088143" w:rsidR="00A87724" w:rsidRPr="002E2505" w:rsidRDefault="008C63F5" w:rsidP="00CA497B">
      <w:pPr>
        <w:pStyle w:val="ListParagraph"/>
        <w:numPr>
          <w:ilvl w:val="0"/>
          <w:numId w:val="10"/>
        </w:numPr>
        <w:rPr>
          <w:sz w:val="20"/>
          <w:szCs w:val="20"/>
        </w:rPr>
      </w:pPr>
      <w:r w:rsidRPr="002E2505">
        <w:rPr>
          <w:sz w:val="20"/>
          <w:szCs w:val="20"/>
        </w:rPr>
        <w:t>Strong participation in sporting competitions</w:t>
      </w:r>
      <w:r w:rsidR="49454E66">
        <w:t xml:space="preserve"> and sports curricula</w:t>
      </w:r>
    </w:p>
    <w:p w14:paraId="319811B5" w14:textId="58D66291" w:rsidR="0038648C" w:rsidRPr="002E2505" w:rsidRDefault="0038648C" w:rsidP="0038648C">
      <w:pPr>
        <w:rPr>
          <w:sz w:val="20"/>
          <w:szCs w:val="20"/>
        </w:rPr>
      </w:pPr>
      <w:r w:rsidRPr="002E2505">
        <w:rPr>
          <w:sz w:val="20"/>
          <w:szCs w:val="20"/>
        </w:rPr>
        <w:t xml:space="preserve">This term our Shepway Sports Trust sport is golf. The children all enjoyed learning </w:t>
      </w:r>
      <w:r w:rsidR="6E6DDE46">
        <w:t>about</w:t>
      </w:r>
      <w:r w:rsidR="0D11AE9B">
        <w:t xml:space="preserve"> </w:t>
      </w:r>
      <w:r w:rsidRPr="002E2505">
        <w:rPr>
          <w:sz w:val="20"/>
          <w:szCs w:val="20"/>
        </w:rPr>
        <w:t xml:space="preserve">golf. They learnt how to stand, how to hold the clubs and how to swing the clubs properly, making clear contact with the ball. They enjoyed </w:t>
      </w:r>
      <w:proofErr w:type="gramStart"/>
      <w:r w:rsidRPr="002E2505">
        <w:rPr>
          <w:sz w:val="20"/>
          <w:szCs w:val="20"/>
        </w:rPr>
        <w:t>various different</w:t>
      </w:r>
      <w:proofErr w:type="gramEnd"/>
      <w:r w:rsidRPr="002E2505">
        <w:rPr>
          <w:sz w:val="20"/>
          <w:szCs w:val="20"/>
        </w:rPr>
        <w:t xml:space="preserve"> chipping and putting activities. Over the next few weeks, they will learn how to set up their own course for their friends to complete.</w:t>
      </w:r>
    </w:p>
    <w:p w14:paraId="6421A938" w14:textId="7D8B7847" w:rsidR="00EB1D21" w:rsidRPr="002E2505" w:rsidRDefault="00EB1D21" w:rsidP="00EB1D21">
      <w:pPr>
        <w:pStyle w:val="ListParagraph"/>
        <w:numPr>
          <w:ilvl w:val="0"/>
          <w:numId w:val="10"/>
        </w:numPr>
        <w:rPr>
          <w:sz w:val="20"/>
          <w:szCs w:val="20"/>
        </w:rPr>
      </w:pPr>
      <w:r w:rsidRPr="002E2505">
        <w:rPr>
          <w:sz w:val="20"/>
          <w:szCs w:val="20"/>
        </w:rPr>
        <w:t>Enriched curriculum</w:t>
      </w:r>
    </w:p>
    <w:p w14:paraId="5EFFB7BD" w14:textId="5AC91677" w:rsidR="0038648C" w:rsidRPr="002E2505" w:rsidRDefault="00EB1D21" w:rsidP="00EB1D21">
      <w:pPr>
        <w:rPr>
          <w:sz w:val="20"/>
          <w:szCs w:val="20"/>
        </w:rPr>
      </w:pPr>
      <w:r w:rsidRPr="002E2505">
        <w:rPr>
          <w:sz w:val="20"/>
          <w:szCs w:val="20"/>
        </w:rPr>
        <w:t xml:space="preserve">Swingfield Class went on a trip to Canterbury.  They followed the route of the old Roman city walls along the River Stour (which fortunately led </w:t>
      </w:r>
      <w:r w:rsidR="0F7CF545">
        <w:t>them</w:t>
      </w:r>
      <w:r w:rsidRPr="002E2505">
        <w:rPr>
          <w:sz w:val="20"/>
          <w:szCs w:val="20"/>
        </w:rPr>
        <w:t xml:space="preserve"> to a great park</w:t>
      </w:r>
      <w:r w:rsidR="3FFE8FC5" w:rsidRPr="004467E4">
        <w:t>),</w:t>
      </w:r>
      <w:r w:rsidRPr="004467E4">
        <w:rPr>
          <w:sz w:val="20"/>
          <w:szCs w:val="20"/>
        </w:rPr>
        <w:t xml:space="preserve"> </w:t>
      </w:r>
      <w:r w:rsidR="00651488" w:rsidRPr="004467E4">
        <w:rPr>
          <w:sz w:val="20"/>
          <w:szCs w:val="20"/>
        </w:rPr>
        <w:t>and they</w:t>
      </w:r>
      <w:r w:rsidRPr="004467E4">
        <w:rPr>
          <w:sz w:val="20"/>
          <w:szCs w:val="20"/>
        </w:rPr>
        <w:t xml:space="preserve"> located the site of the old Roman city gates.  They ate lunch in the park and then walked to the Roman Museum where they learned about Roman technology and minted some coins.  They also learned a lot by examining some Roman artefacts and were able to ask lots of question</w:t>
      </w:r>
      <w:r w:rsidR="00651488" w:rsidRPr="004467E4">
        <w:rPr>
          <w:sz w:val="20"/>
          <w:szCs w:val="20"/>
        </w:rPr>
        <w:t>s.</w:t>
      </w:r>
    </w:p>
    <w:p w14:paraId="5A3A0C1A" w14:textId="551F8109" w:rsidR="4D014E75" w:rsidRDefault="4D014E75" w:rsidP="4A63FF20">
      <w:r w:rsidRPr="4A63FF20">
        <w:rPr>
          <w:color w:val="080809"/>
        </w:rPr>
        <w:t xml:space="preserve">Acorns have been diving deeper </w:t>
      </w:r>
      <w:r w:rsidR="7F42E727" w:rsidRPr="4A63FF20">
        <w:rPr>
          <w:color w:val="080809"/>
        </w:rPr>
        <w:t>into</w:t>
      </w:r>
      <w:r w:rsidRPr="4A63FF20">
        <w:rPr>
          <w:color w:val="080809"/>
        </w:rPr>
        <w:t xml:space="preserve"> their topic 'Jurassic Park', taking on the job of dinosaur excavating. They experimented with a variety of tools such as cutlery and pipettes/ warm water to see how they could release their </w:t>
      </w:r>
      <w:proofErr w:type="gramStart"/>
      <w:r w:rsidRPr="4A63FF20">
        <w:rPr>
          <w:color w:val="080809"/>
        </w:rPr>
        <w:t>dinosaur</w:t>
      </w:r>
      <w:proofErr w:type="gramEnd"/>
      <w:r w:rsidRPr="4A63FF20">
        <w:rPr>
          <w:color w:val="080809"/>
        </w:rPr>
        <w:t xml:space="preserve"> in the most effective way. There was a lot of </w:t>
      </w:r>
      <w:r w:rsidR="47DBC0ED" w:rsidRPr="4A63FF20">
        <w:rPr>
          <w:color w:val="080809"/>
        </w:rPr>
        <w:t>teamwork</w:t>
      </w:r>
      <w:r w:rsidRPr="4A63FF20">
        <w:rPr>
          <w:color w:val="080809"/>
        </w:rPr>
        <w:t xml:space="preserve"> </w:t>
      </w:r>
      <w:r w:rsidR="0F88FD3A" w:rsidRPr="4A63FF20">
        <w:rPr>
          <w:color w:val="080809"/>
        </w:rPr>
        <w:t>involved,</w:t>
      </w:r>
      <w:r w:rsidRPr="4A63FF20">
        <w:rPr>
          <w:color w:val="080809"/>
        </w:rPr>
        <w:t xml:space="preserve"> and they worked hard to crack their dinosaurs out!</w:t>
      </w:r>
    </w:p>
    <w:p w14:paraId="18797F22" w14:textId="6C7B36B3" w:rsidR="00A87724" w:rsidRPr="002E2505" w:rsidRDefault="008C63F5" w:rsidP="00CA497B">
      <w:pPr>
        <w:pStyle w:val="ListParagraph"/>
        <w:numPr>
          <w:ilvl w:val="0"/>
          <w:numId w:val="10"/>
        </w:numPr>
        <w:rPr>
          <w:sz w:val="20"/>
          <w:szCs w:val="20"/>
        </w:rPr>
      </w:pPr>
      <w:r w:rsidRPr="002E2505">
        <w:rPr>
          <w:sz w:val="20"/>
          <w:szCs w:val="20"/>
        </w:rPr>
        <w:t>Ongoing Forest School and outdoor learning opportunities</w:t>
      </w:r>
    </w:p>
    <w:p w14:paraId="78B0C7BD" w14:textId="15C1B9E3" w:rsidR="4CD7A49D" w:rsidRDefault="4CD7A49D" w:rsidP="4A63FF20">
      <w:pPr>
        <w:rPr>
          <w:color w:val="080809"/>
        </w:rPr>
      </w:pPr>
      <w:r w:rsidRPr="4A63FF20">
        <w:rPr>
          <w:color w:val="080809"/>
        </w:rPr>
        <w:t>The children</w:t>
      </w:r>
      <w:r w:rsidR="5B297C8E" w:rsidRPr="4A63FF20">
        <w:rPr>
          <w:color w:val="080809"/>
        </w:rPr>
        <w:t xml:space="preserve"> have</w:t>
      </w:r>
      <w:r w:rsidRPr="4A63FF20">
        <w:rPr>
          <w:color w:val="080809"/>
        </w:rPr>
        <w:t xml:space="preserve"> had so much fun, whether </w:t>
      </w:r>
      <w:r w:rsidR="464E6B87" w:rsidRPr="4A63FF20">
        <w:rPr>
          <w:color w:val="080809"/>
        </w:rPr>
        <w:t>it's</w:t>
      </w:r>
      <w:r w:rsidRPr="4A63FF20">
        <w:rPr>
          <w:color w:val="080809"/>
        </w:rPr>
        <w:t xml:space="preserve"> in the middle of the winter, in the rain or the warm spring </w:t>
      </w:r>
      <w:r w:rsidR="4DA0802B" w:rsidRPr="4A63FF20">
        <w:rPr>
          <w:color w:val="080809"/>
        </w:rPr>
        <w:t>days,</w:t>
      </w:r>
      <w:r w:rsidRPr="4A63FF20">
        <w:rPr>
          <w:color w:val="080809"/>
        </w:rPr>
        <w:t xml:space="preserve"> Here is a sneak </w:t>
      </w:r>
      <w:r w:rsidR="158C734E" w:rsidRPr="4A63FF20">
        <w:rPr>
          <w:color w:val="080809"/>
        </w:rPr>
        <w:t>peek</w:t>
      </w:r>
      <w:r w:rsidRPr="4A63FF20">
        <w:rPr>
          <w:color w:val="080809"/>
        </w:rPr>
        <w:t xml:space="preserve"> </w:t>
      </w:r>
      <w:r w:rsidR="71A09F2A" w:rsidRPr="4A63FF20">
        <w:rPr>
          <w:color w:val="080809"/>
        </w:rPr>
        <w:t>into</w:t>
      </w:r>
      <w:r w:rsidRPr="4A63FF20">
        <w:rPr>
          <w:color w:val="080809"/>
        </w:rPr>
        <w:t xml:space="preserve"> some of their </w:t>
      </w:r>
      <w:r w:rsidR="4C1DFE12" w:rsidRPr="4A63FF20">
        <w:rPr>
          <w:color w:val="080809"/>
        </w:rPr>
        <w:t>activities</w:t>
      </w:r>
      <w:r w:rsidR="1D8A9EB1" w:rsidRPr="4A63FF20">
        <w:rPr>
          <w:color w:val="080809"/>
        </w:rPr>
        <w:t>: They have</w:t>
      </w:r>
      <w:r w:rsidRPr="4A63FF20">
        <w:rPr>
          <w:color w:val="080809"/>
        </w:rPr>
        <w:t xml:space="preserve"> used the fire steels, made boats, fishing rods, played on the swing, made mud pies, climbed trees, played in a very muddy puddle. </w:t>
      </w:r>
      <w:r w:rsidR="7E750A55" w:rsidRPr="4A63FF20">
        <w:rPr>
          <w:color w:val="080809"/>
        </w:rPr>
        <w:t>They</w:t>
      </w:r>
      <w:r w:rsidRPr="4A63FF20">
        <w:rPr>
          <w:color w:val="080809"/>
        </w:rPr>
        <w:t xml:space="preserve"> enjoy </w:t>
      </w:r>
      <w:r w:rsidR="6F548D5C" w:rsidRPr="4A63FF20">
        <w:rPr>
          <w:color w:val="080809"/>
        </w:rPr>
        <w:t>hot</w:t>
      </w:r>
      <w:r w:rsidRPr="4A63FF20">
        <w:rPr>
          <w:color w:val="080809"/>
        </w:rPr>
        <w:t xml:space="preserve"> choc</w:t>
      </w:r>
      <w:r w:rsidR="5ACEE398" w:rsidRPr="4A63FF20">
        <w:rPr>
          <w:color w:val="080809"/>
        </w:rPr>
        <w:t xml:space="preserve">olate, after they have had </w:t>
      </w:r>
      <w:r w:rsidR="1483DE62" w:rsidRPr="4A63FF20">
        <w:rPr>
          <w:color w:val="080809"/>
        </w:rPr>
        <w:t>an</w:t>
      </w:r>
      <w:r w:rsidR="5ACEE398" w:rsidRPr="4A63FF20">
        <w:rPr>
          <w:color w:val="080809"/>
        </w:rPr>
        <w:t xml:space="preserve"> </w:t>
      </w:r>
      <w:r w:rsidR="18E9A028" w:rsidRPr="4A63FF20">
        <w:rPr>
          <w:color w:val="080809"/>
        </w:rPr>
        <w:t>action-packed</w:t>
      </w:r>
      <w:r w:rsidR="5ACEE398" w:rsidRPr="4A63FF20">
        <w:rPr>
          <w:color w:val="080809"/>
        </w:rPr>
        <w:t xml:space="preserve"> time </w:t>
      </w:r>
      <w:r w:rsidRPr="4A63FF20">
        <w:rPr>
          <w:color w:val="080809"/>
        </w:rPr>
        <w:t>play</w:t>
      </w:r>
      <w:r w:rsidR="75A1305F" w:rsidRPr="4A63FF20">
        <w:rPr>
          <w:color w:val="080809"/>
        </w:rPr>
        <w:t>ing</w:t>
      </w:r>
      <w:r w:rsidRPr="4A63FF20">
        <w:rPr>
          <w:color w:val="080809"/>
        </w:rPr>
        <w:t xml:space="preserve"> </w:t>
      </w:r>
      <w:r w:rsidR="254B6299" w:rsidRPr="4A63FF20">
        <w:rPr>
          <w:color w:val="080809"/>
        </w:rPr>
        <w:t>and</w:t>
      </w:r>
      <w:r w:rsidRPr="4A63FF20">
        <w:rPr>
          <w:color w:val="080809"/>
        </w:rPr>
        <w:t xml:space="preserve"> learn</w:t>
      </w:r>
      <w:r w:rsidR="44411454" w:rsidRPr="4A63FF20">
        <w:rPr>
          <w:color w:val="080809"/>
        </w:rPr>
        <w:t>ing</w:t>
      </w:r>
      <w:r w:rsidRPr="4A63FF20">
        <w:rPr>
          <w:color w:val="080809"/>
        </w:rPr>
        <w:t xml:space="preserve"> together</w:t>
      </w:r>
      <w:r w:rsidR="7821F5B7" w:rsidRPr="4A63FF20">
        <w:rPr>
          <w:color w:val="080809"/>
        </w:rPr>
        <w:t>.</w:t>
      </w:r>
    </w:p>
    <w:p w14:paraId="404348CF" w14:textId="77777777" w:rsidR="00A87724" w:rsidRPr="002E2505" w:rsidRDefault="008C63F5">
      <w:pPr>
        <w:rPr>
          <w:b/>
          <w:bCs/>
          <w:sz w:val="20"/>
          <w:szCs w:val="20"/>
        </w:rPr>
      </w:pPr>
      <w:r w:rsidRPr="002E2505">
        <w:rPr>
          <w:b/>
          <w:bCs/>
          <w:sz w:val="20"/>
          <w:szCs w:val="20"/>
        </w:rPr>
        <w:t>Sports Premium and Pupil Premium</w:t>
      </w:r>
    </w:p>
    <w:p w14:paraId="54BAEBD3" w14:textId="348B3B14" w:rsidR="00A87724" w:rsidRPr="002E2505" w:rsidRDefault="008C63F5">
      <w:pPr>
        <w:rPr>
          <w:sz w:val="20"/>
          <w:szCs w:val="20"/>
        </w:rPr>
      </w:pPr>
      <w:r w:rsidRPr="002E2505">
        <w:rPr>
          <w:sz w:val="20"/>
          <w:szCs w:val="20"/>
        </w:rPr>
        <w:t xml:space="preserve">We continue to use additional government funding thoughtfully to </w:t>
      </w:r>
      <w:r w:rsidR="3F70C0F7">
        <w:t>maximize</w:t>
      </w:r>
      <w:r w:rsidRPr="002E2505">
        <w:rPr>
          <w:sz w:val="20"/>
          <w:szCs w:val="20"/>
        </w:rPr>
        <w:t xml:space="preserve"> pupil outcomes.</w:t>
      </w:r>
    </w:p>
    <w:p w14:paraId="6EAC5634" w14:textId="22AC3162" w:rsidR="00A87724" w:rsidRPr="002E2505" w:rsidRDefault="008C63F5">
      <w:pPr>
        <w:rPr>
          <w:sz w:val="20"/>
          <w:szCs w:val="20"/>
        </w:rPr>
      </w:pPr>
      <w:r w:rsidRPr="002E2505">
        <w:rPr>
          <w:sz w:val="20"/>
          <w:szCs w:val="20"/>
        </w:rPr>
        <w:t xml:space="preserve">Pupil Premium funding supports children eligible for free school meals, those in care, or previously adopted. Although numbers remain proportionally small, the school ensures this funding is used effectively to provide targeted support and </w:t>
      </w:r>
      <w:r w:rsidR="0A9DBA5E">
        <w:t>maximize</w:t>
      </w:r>
      <w:r w:rsidRPr="002E2505">
        <w:rPr>
          <w:sz w:val="20"/>
          <w:szCs w:val="20"/>
        </w:rPr>
        <w:t xml:space="preserve"> opportunity.</w:t>
      </w:r>
    </w:p>
    <w:p w14:paraId="4F4C14F8" w14:textId="24BBB0B3" w:rsidR="00A87724" w:rsidRPr="002E2505" w:rsidRDefault="008C63F5">
      <w:pPr>
        <w:rPr>
          <w:sz w:val="20"/>
          <w:szCs w:val="20"/>
        </w:rPr>
      </w:pPr>
      <w:r w:rsidRPr="002E2505">
        <w:rPr>
          <w:sz w:val="20"/>
          <w:szCs w:val="20"/>
        </w:rPr>
        <w:t>Our SENDCo, Mrs</w:t>
      </w:r>
      <w:r w:rsidR="63609C27">
        <w:t>.</w:t>
      </w:r>
      <w:r w:rsidRPr="002E2505">
        <w:rPr>
          <w:sz w:val="20"/>
          <w:szCs w:val="20"/>
        </w:rPr>
        <w:t xml:space="preserve"> Hannah Hills, has taken on this important role, having started in September 2025 and </w:t>
      </w:r>
      <w:r w:rsidR="2AF4F0AA">
        <w:t xml:space="preserve">is </w:t>
      </w:r>
      <w:r w:rsidRPr="002E2505">
        <w:rPr>
          <w:sz w:val="20"/>
          <w:szCs w:val="20"/>
        </w:rPr>
        <w:t>currently undertaking her SENDCo training. Since stepping into the position, she has already made a strong contribution to the school’s inclusive approach. Working closely with staff, she supports targeted interventions and ensures that inclusion remains at the heart of our school ethos.</w:t>
      </w:r>
    </w:p>
    <w:p w14:paraId="4427B828" w14:textId="7B6E2927" w:rsidR="00A87724" w:rsidRPr="002E2505" w:rsidRDefault="008C63F5">
      <w:pPr>
        <w:rPr>
          <w:sz w:val="20"/>
          <w:szCs w:val="20"/>
        </w:rPr>
      </w:pPr>
      <w:r w:rsidRPr="002E2505">
        <w:rPr>
          <w:sz w:val="20"/>
          <w:szCs w:val="20"/>
        </w:rPr>
        <w:t>Mrs</w:t>
      </w:r>
      <w:r w:rsidR="44301B75">
        <w:t>.</w:t>
      </w:r>
      <w:r w:rsidRPr="002E2505">
        <w:rPr>
          <w:sz w:val="20"/>
          <w:szCs w:val="20"/>
        </w:rPr>
        <w:t xml:space="preserve"> Hills has also been actively involved in the Community</w:t>
      </w:r>
      <w:r w:rsidR="004467E4">
        <w:rPr>
          <w:sz w:val="20"/>
          <w:szCs w:val="20"/>
        </w:rPr>
        <w:t xml:space="preserve"> of Schools</w:t>
      </w:r>
      <w:r w:rsidRPr="002E2505">
        <w:rPr>
          <w:sz w:val="20"/>
          <w:szCs w:val="20"/>
        </w:rPr>
        <w:t xml:space="preserve"> Funding Forum, where she successfully secured funding for the school’s outdoor learning programme. This provision has had a significant positive impact, not only supporting pupils </w:t>
      </w:r>
      <w:r w:rsidRPr="002E2505">
        <w:rPr>
          <w:sz w:val="20"/>
          <w:szCs w:val="20"/>
        </w:rPr>
        <w:lastRenderedPageBreak/>
        <w:t xml:space="preserve">with special educational needs, but benefiting the whole school community and </w:t>
      </w:r>
      <w:r w:rsidRPr="004467E4">
        <w:rPr>
          <w:sz w:val="20"/>
          <w:szCs w:val="20"/>
        </w:rPr>
        <w:t xml:space="preserve">strengthening </w:t>
      </w:r>
      <w:r w:rsidR="00651488" w:rsidRPr="004467E4">
        <w:rPr>
          <w:sz w:val="20"/>
          <w:szCs w:val="20"/>
        </w:rPr>
        <w:t>our</w:t>
      </w:r>
      <w:r w:rsidRPr="004467E4">
        <w:rPr>
          <w:sz w:val="20"/>
          <w:szCs w:val="20"/>
        </w:rPr>
        <w:t xml:space="preserve"> inclusive </w:t>
      </w:r>
      <w:r w:rsidRPr="002E2505">
        <w:rPr>
          <w:sz w:val="20"/>
          <w:szCs w:val="20"/>
        </w:rPr>
        <w:t>approach to learning.</w:t>
      </w:r>
    </w:p>
    <w:p w14:paraId="24367EC9" w14:textId="77777777" w:rsidR="00A87724" w:rsidRPr="002E2505" w:rsidRDefault="008C63F5">
      <w:pPr>
        <w:rPr>
          <w:b/>
          <w:bCs/>
          <w:sz w:val="20"/>
          <w:szCs w:val="20"/>
        </w:rPr>
      </w:pPr>
      <w:r w:rsidRPr="002E2505">
        <w:rPr>
          <w:b/>
          <w:bCs/>
          <w:sz w:val="20"/>
          <w:szCs w:val="20"/>
        </w:rPr>
        <w:t>Governing Board</w:t>
      </w:r>
    </w:p>
    <w:p w14:paraId="41E6606C" w14:textId="4E8437FB" w:rsidR="00A87724" w:rsidRPr="002E2505" w:rsidRDefault="008C63F5">
      <w:pPr>
        <w:rPr>
          <w:sz w:val="20"/>
          <w:szCs w:val="20"/>
        </w:rPr>
      </w:pPr>
      <w:r w:rsidRPr="002E2505">
        <w:rPr>
          <w:sz w:val="20"/>
          <w:szCs w:val="20"/>
        </w:rPr>
        <w:t xml:space="preserve">There have been some </w:t>
      </w:r>
      <w:r w:rsidRPr="004467E4">
        <w:rPr>
          <w:sz w:val="20"/>
          <w:szCs w:val="20"/>
        </w:rPr>
        <w:t xml:space="preserve">changes within the Governing Board this year. We said goodbye to </w:t>
      </w:r>
      <w:r w:rsidRPr="004467E4">
        <w:rPr>
          <w:sz w:val="20"/>
          <w:szCs w:val="20"/>
        </w:rPr>
        <w:t>Ann</w:t>
      </w:r>
      <w:r w:rsidRPr="004467E4">
        <w:rPr>
          <w:sz w:val="20"/>
          <w:szCs w:val="20"/>
        </w:rPr>
        <w:t xml:space="preserve"> </w:t>
      </w:r>
      <w:r w:rsidRPr="004467E4">
        <w:rPr>
          <w:sz w:val="20"/>
          <w:szCs w:val="20"/>
        </w:rPr>
        <w:t>McNicholl</w:t>
      </w:r>
      <w:r w:rsidRPr="004467E4">
        <w:rPr>
          <w:sz w:val="20"/>
          <w:szCs w:val="20"/>
        </w:rPr>
        <w:t>, who stepped down in January 2026, and we thank her sincerely for her contribution and commitment.</w:t>
      </w:r>
      <w:r w:rsidR="00EC2A57" w:rsidRPr="004467E4">
        <w:rPr>
          <w:sz w:val="20"/>
          <w:szCs w:val="20"/>
        </w:rPr>
        <w:t xml:space="preserve"> </w:t>
      </w:r>
      <w:r w:rsidRPr="004467E4">
        <w:rPr>
          <w:sz w:val="20"/>
          <w:szCs w:val="20"/>
        </w:rPr>
        <w:t>We currently have a vacancy for the position of Vice Chair.</w:t>
      </w:r>
      <w:r w:rsidR="00651488" w:rsidRPr="004467E4">
        <w:rPr>
          <w:sz w:val="20"/>
          <w:szCs w:val="20"/>
        </w:rPr>
        <w:t xml:space="preserve"> </w:t>
      </w:r>
    </w:p>
    <w:p w14:paraId="37572834" w14:textId="77777777" w:rsidR="00A87724" w:rsidRPr="002E2505" w:rsidRDefault="008C63F5">
      <w:pPr>
        <w:rPr>
          <w:sz w:val="20"/>
          <w:szCs w:val="20"/>
        </w:rPr>
      </w:pPr>
      <w:r w:rsidRPr="002E2505">
        <w:rPr>
          <w:sz w:val="20"/>
          <w:szCs w:val="20"/>
        </w:rPr>
        <w:t>We are pleased to welcome Theepan Selvaratnam as our new Parent Governor, who has taken on responsibility for monitoring Diversity and Inclusion, supporting our commitment to a fully inclusive school community.</w:t>
      </w:r>
    </w:p>
    <w:p w14:paraId="5DDF9E8F" w14:textId="1638D8D9" w:rsidR="00EC2A57" w:rsidRPr="002E2505" w:rsidRDefault="008C63F5">
      <w:pPr>
        <w:rPr>
          <w:sz w:val="20"/>
          <w:szCs w:val="20"/>
        </w:rPr>
      </w:pPr>
      <w:r w:rsidRPr="002E2505">
        <w:rPr>
          <w:sz w:val="20"/>
          <w:szCs w:val="20"/>
        </w:rPr>
        <w:t>We also have a vacancy for a co-opted governor. If you, or someone you know, would like to be involved in the school community, please get in touch with the school office.</w:t>
      </w:r>
    </w:p>
    <w:p w14:paraId="64159542" w14:textId="77777777" w:rsidR="00A87724" w:rsidRPr="002E2505" w:rsidRDefault="008C63F5">
      <w:pPr>
        <w:rPr>
          <w:b/>
          <w:bCs/>
          <w:sz w:val="20"/>
          <w:szCs w:val="20"/>
        </w:rPr>
      </w:pPr>
      <w:r w:rsidRPr="002E2505">
        <w:rPr>
          <w:b/>
          <w:bCs/>
          <w:sz w:val="20"/>
          <w:szCs w:val="20"/>
        </w:rPr>
        <w:t>Closing Reflection</w:t>
      </w:r>
    </w:p>
    <w:p w14:paraId="06FEA996" w14:textId="7328D80D" w:rsidR="00A87724" w:rsidRPr="002E2505" w:rsidRDefault="008C63F5">
      <w:pPr>
        <w:rPr>
          <w:sz w:val="20"/>
          <w:szCs w:val="20"/>
        </w:rPr>
      </w:pPr>
      <w:r w:rsidRPr="002E2505">
        <w:rPr>
          <w:sz w:val="20"/>
          <w:szCs w:val="20"/>
        </w:rPr>
        <w:t>Selsted CE Primary School continues to demonstrate a strong sense of community, ambition and care</w:t>
      </w:r>
      <w:r w:rsidR="00EC2A57" w:rsidRPr="002E2505">
        <w:rPr>
          <w:sz w:val="20"/>
          <w:szCs w:val="20"/>
        </w:rPr>
        <w:t xml:space="preserve">, ensuring there are positive learning outcomes for all children, preparing them for the next stages of life as well as creating long lasting memories </w:t>
      </w:r>
      <w:r w:rsidR="00DF1761" w:rsidRPr="002E2505">
        <w:rPr>
          <w:sz w:val="20"/>
          <w:szCs w:val="20"/>
        </w:rPr>
        <w:t xml:space="preserve">of a happy school experience. </w:t>
      </w:r>
    </w:p>
    <w:p w14:paraId="464DF20D" w14:textId="77777777" w:rsidR="00A87724" w:rsidRPr="002E2505" w:rsidRDefault="008C63F5">
      <w:pPr>
        <w:rPr>
          <w:sz w:val="20"/>
          <w:szCs w:val="20"/>
        </w:rPr>
      </w:pPr>
      <w:r w:rsidRPr="002E2505">
        <w:rPr>
          <w:sz w:val="20"/>
          <w:szCs w:val="20"/>
        </w:rPr>
        <w:t>I would like to extend my sincere thanks to:</w:t>
      </w:r>
    </w:p>
    <w:p w14:paraId="3F009101" w14:textId="00A5D566" w:rsidR="00A87724" w:rsidRPr="002E2505" w:rsidRDefault="008C63F5">
      <w:pPr>
        <w:rPr>
          <w:sz w:val="20"/>
          <w:szCs w:val="20"/>
        </w:rPr>
      </w:pPr>
      <w:proofErr w:type="spellStart"/>
      <w:r w:rsidRPr="004467E4">
        <w:rPr>
          <w:sz w:val="20"/>
          <w:szCs w:val="20"/>
        </w:rPr>
        <w:t>Mrs</w:t>
      </w:r>
      <w:proofErr w:type="spellEnd"/>
      <w:r w:rsidR="004467E4">
        <w:rPr>
          <w:color w:val="EE0000"/>
          <w:sz w:val="20"/>
          <w:szCs w:val="20"/>
        </w:rPr>
        <w:t xml:space="preserve"> </w:t>
      </w:r>
      <w:r w:rsidRPr="002E2505">
        <w:rPr>
          <w:sz w:val="20"/>
          <w:szCs w:val="20"/>
        </w:rPr>
        <w:t>Angela Woodgate for her leadership and legacy</w:t>
      </w:r>
      <w:r w:rsidR="00EC2A57" w:rsidRPr="002E2505">
        <w:rPr>
          <w:sz w:val="20"/>
          <w:szCs w:val="20"/>
        </w:rPr>
        <w:t xml:space="preserve">, </w:t>
      </w:r>
      <w:r w:rsidRPr="002E2505">
        <w:rPr>
          <w:sz w:val="20"/>
          <w:szCs w:val="20"/>
        </w:rPr>
        <w:t>The staff team for their dedication</w:t>
      </w:r>
      <w:r w:rsidR="00EC2A57" w:rsidRPr="002E2505">
        <w:rPr>
          <w:sz w:val="20"/>
          <w:szCs w:val="20"/>
        </w:rPr>
        <w:t xml:space="preserve"> </w:t>
      </w:r>
      <w:r w:rsidR="2189C740">
        <w:t>and m</w:t>
      </w:r>
      <w:r w:rsidR="628F9139">
        <w:t>y</w:t>
      </w:r>
      <w:r w:rsidRPr="002E2505">
        <w:rPr>
          <w:sz w:val="20"/>
          <w:szCs w:val="20"/>
        </w:rPr>
        <w:t xml:space="preserve"> fellow governors for their continued support</w:t>
      </w:r>
    </w:p>
    <w:p w14:paraId="6C6F4B07" w14:textId="77777777" w:rsidR="00A87724" w:rsidRPr="002E2505" w:rsidRDefault="008C63F5">
      <w:pPr>
        <w:rPr>
          <w:sz w:val="20"/>
          <w:szCs w:val="20"/>
        </w:rPr>
      </w:pPr>
      <w:r w:rsidRPr="002E2505">
        <w:rPr>
          <w:sz w:val="20"/>
          <w:szCs w:val="20"/>
        </w:rPr>
        <w:t>Together, we remain committed to providing the very best for every child.</w:t>
      </w:r>
    </w:p>
    <w:p w14:paraId="46C43C08" w14:textId="77777777" w:rsidR="00A87724" w:rsidRPr="002E2505" w:rsidRDefault="008C63F5">
      <w:pPr>
        <w:rPr>
          <w:sz w:val="20"/>
          <w:szCs w:val="20"/>
        </w:rPr>
      </w:pPr>
      <w:r w:rsidRPr="002E2505">
        <w:rPr>
          <w:sz w:val="20"/>
          <w:szCs w:val="20"/>
        </w:rPr>
        <w:t>Clare Blakemore</w:t>
      </w:r>
    </w:p>
    <w:p w14:paraId="713FDAC4" w14:textId="77777777" w:rsidR="00A87724" w:rsidRPr="002E2505" w:rsidRDefault="008C63F5">
      <w:pPr>
        <w:rPr>
          <w:sz w:val="20"/>
          <w:szCs w:val="20"/>
        </w:rPr>
      </w:pPr>
      <w:r w:rsidRPr="002E2505">
        <w:rPr>
          <w:sz w:val="20"/>
          <w:szCs w:val="20"/>
        </w:rPr>
        <w:t>Chair of Governors</w:t>
      </w:r>
    </w:p>
    <w:p w14:paraId="39B88591" w14:textId="77777777" w:rsidR="00A87724" w:rsidRDefault="00A87724"/>
    <w:sectPr w:rsidR="00A87724" w:rsidSect="00CA497B">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intelligence2.xml><?xml version="1.0" encoding="utf-8"?>
<int2:intelligence xmlns:int2="http://schemas.microsoft.com/office/intelligence/2020/intelligence" xmlns:oel="http://schemas.microsoft.com/office/2019/extlst">
  <int2:observations>
    <int2:textHash int2:hashCode="flm7cHKJ1ZQLPp" int2:id="d1VQTNOK">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504062E0"/>
    <w:multiLevelType w:val="hybridMultilevel"/>
    <w:tmpl w:val="DD68A0B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44783666">
    <w:abstractNumId w:val="8"/>
  </w:num>
  <w:num w:numId="2" w16cid:durableId="626199643">
    <w:abstractNumId w:val="6"/>
  </w:num>
  <w:num w:numId="3" w16cid:durableId="817303949">
    <w:abstractNumId w:val="5"/>
  </w:num>
  <w:num w:numId="4" w16cid:durableId="517505015">
    <w:abstractNumId w:val="4"/>
  </w:num>
  <w:num w:numId="5" w16cid:durableId="1547792191">
    <w:abstractNumId w:val="7"/>
  </w:num>
  <w:num w:numId="6" w16cid:durableId="1355426197">
    <w:abstractNumId w:val="3"/>
  </w:num>
  <w:num w:numId="7" w16cid:durableId="1456025837">
    <w:abstractNumId w:val="2"/>
  </w:num>
  <w:num w:numId="8" w16cid:durableId="205608681">
    <w:abstractNumId w:val="1"/>
  </w:num>
  <w:num w:numId="9" w16cid:durableId="1149438311">
    <w:abstractNumId w:val="0"/>
  </w:num>
  <w:num w:numId="10" w16cid:durableId="17725071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2E2505"/>
    <w:rsid w:val="00326F90"/>
    <w:rsid w:val="00347B4B"/>
    <w:rsid w:val="0038648C"/>
    <w:rsid w:val="0040133F"/>
    <w:rsid w:val="004467E4"/>
    <w:rsid w:val="004C6427"/>
    <w:rsid w:val="004E46B7"/>
    <w:rsid w:val="0055352D"/>
    <w:rsid w:val="00570F8E"/>
    <w:rsid w:val="005B2105"/>
    <w:rsid w:val="005D2574"/>
    <w:rsid w:val="00632BCD"/>
    <w:rsid w:val="00651488"/>
    <w:rsid w:val="007A35FB"/>
    <w:rsid w:val="00866101"/>
    <w:rsid w:val="0095100C"/>
    <w:rsid w:val="00A017A1"/>
    <w:rsid w:val="00A87724"/>
    <w:rsid w:val="00AA1D8D"/>
    <w:rsid w:val="00B47730"/>
    <w:rsid w:val="00CA497B"/>
    <w:rsid w:val="00CB0664"/>
    <w:rsid w:val="00CF0C21"/>
    <w:rsid w:val="00D91D60"/>
    <w:rsid w:val="00DF1761"/>
    <w:rsid w:val="00EB1D21"/>
    <w:rsid w:val="00EC2A57"/>
    <w:rsid w:val="00FC693F"/>
    <w:rsid w:val="06826DDB"/>
    <w:rsid w:val="0859EB07"/>
    <w:rsid w:val="0A9DBA5E"/>
    <w:rsid w:val="0B843483"/>
    <w:rsid w:val="0C63E747"/>
    <w:rsid w:val="0D11AE9B"/>
    <w:rsid w:val="0F460872"/>
    <w:rsid w:val="0F7CF545"/>
    <w:rsid w:val="0F88FD3A"/>
    <w:rsid w:val="10188B5C"/>
    <w:rsid w:val="1483DE62"/>
    <w:rsid w:val="158C734E"/>
    <w:rsid w:val="16EE0914"/>
    <w:rsid w:val="172C9CB7"/>
    <w:rsid w:val="173C78DE"/>
    <w:rsid w:val="18E9A028"/>
    <w:rsid w:val="18F8F9F3"/>
    <w:rsid w:val="1C30A26A"/>
    <w:rsid w:val="1D8A9EB1"/>
    <w:rsid w:val="1DEF29B8"/>
    <w:rsid w:val="1E8710B5"/>
    <w:rsid w:val="2189C740"/>
    <w:rsid w:val="218D82D1"/>
    <w:rsid w:val="254B6299"/>
    <w:rsid w:val="276A4C98"/>
    <w:rsid w:val="2AF4F0AA"/>
    <w:rsid w:val="2DF5FC65"/>
    <w:rsid w:val="32F78744"/>
    <w:rsid w:val="35752F99"/>
    <w:rsid w:val="38F924DD"/>
    <w:rsid w:val="3AE4CF65"/>
    <w:rsid w:val="3B3810E4"/>
    <w:rsid w:val="3F70C0F7"/>
    <w:rsid w:val="3FFE8FC5"/>
    <w:rsid w:val="4208961D"/>
    <w:rsid w:val="43D2158A"/>
    <w:rsid w:val="44301B75"/>
    <w:rsid w:val="44411454"/>
    <w:rsid w:val="464E6B87"/>
    <w:rsid w:val="47DBC0ED"/>
    <w:rsid w:val="49454E66"/>
    <w:rsid w:val="4A3088D6"/>
    <w:rsid w:val="4A52B438"/>
    <w:rsid w:val="4A63FF20"/>
    <w:rsid w:val="4C1DFE12"/>
    <w:rsid w:val="4C405F6D"/>
    <w:rsid w:val="4CD7A49D"/>
    <w:rsid w:val="4D014E75"/>
    <w:rsid w:val="4DA0802B"/>
    <w:rsid w:val="4DDDD49E"/>
    <w:rsid w:val="508A3AC7"/>
    <w:rsid w:val="5117E7C0"/>
    <w:rsid w:val="535E94F4"/>
    <w:rsid w:val="5459B953"/>
    <w:rsid w:val="553F0AEF"/>
    <w:rsid w:val="5544A2FD"/>
    <w:rsid w:val="5ACEE398"/>
    <w:rsid w:val="5B297C8E"/>
    <w:rsid w:val="5C4E20AE"/>
    <w:rsid w:val="5CC3A508"/>
    <w:rsid w:val="5E9938CA"/>
    <w:rsid w:val="5EF86C4E"/>
    <w:rsid w:val="61658E63"/>
    <w:rsid w:val="620DF332"/>
    <w:rsid w:val="628F9139"/>
    <w:rsid w:val="63609C27"/>
    <w:rsid w:val="679A6827"/>
    <w:rsid w:val="6915A27B"/>
    <w:rsid w:val="69594355"/>
    <w:rsid w:val="6E6DDE46"/>
    <w:rsid w:val="6F548D5C"/>
    <w:rsid w:val="71A09F2A"/>
    <w:rsid w:val="72144771"/>
    <w:rsid w:val="75A1305F"/>
    <w:rsid w:val="7821F5B7"/>
    <w:rsid w:val="794DA666"/>
    <w:rsid w:val="7B81CDE9"/>
    <w:rsid w:val="7E750A55"/>
    <w:rsid w:val="7F42E7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AE12DED4-09D2-4AE2-8E58-B72415C6E3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E46B7"/>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77418968-a865-4df4-b043-df19b8de49c1}" enabled="0" method="" siteId="{77418968-a865-4df4-b043-df19b8de49c1}" removed="1"/>
</clbl:labelList>
</file>

<file path=docProps/app.xml><?xml version="1.0" encoding="utf-8"?>
<Properties xmlns="http://schemas.openxmlformats.org/officeDocument/2006/extended-properties" xmlns:vt="http://schemas.openxmlformats.org/officeDocument/2006/docPropsVTypes">
  <Template>Normal</Template>
  <TotalTime>8</TotalTime>
  <Pages>3</Pages>
  <Words>1166</Words>
  <Characters>6652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7803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Blakemore</dc:creator>
  <cp:keywords/>
  <dc:description>generated by python-docx</dc:description>
  <cp:lastModifiedBy>Clare Blakemore</cp:lastModifiedBy>
  <cp:revision>3</cp:revision>
  <dcterms:created xsi:type="dcterms:W3CDTF">2026-05-16T07:34:00Z</dcterms:created>
  <dcterms:modified xsi:type="dcterms:W3CDTF">2026-05-16T16:07:00Z</dcterms:modified>
  <cp:category/>
</cp:coreProperties>
</file>